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СТАНДАРТЕН ФОРМУЛЯР ЗА УПРАЖНЯВАНЕ ПРАВОТО НА ОТКАЗ ОТ ДОГОВОРА</w:t>
      </w:r>
    </w:p>
    <w:p>
      <w:pPr>
        <w:jc w:val="center"/>
      </w:pPr>
      <w:r>
        <w:rPr>
          <w:i/>
          <w:sz w:val="18"/>
        </w:rPr>
        <w:t>(попълнете и изпратете настоящия формуляр, само ако желаете да се откажете от договора)</w:t>
      </w:r>
    </w:p>
    <w:p>
      <w:r>
        <w:rPr>
          <w:b/>
        </w:rPr>
        <w:t xml:space="preserve">До: </w:t>
      </w:r>
      <w:r>
        <w:t>„Диджитал Републик“ ООД, гр. София 1715, ж.к. Младост 4, ул. „Проф. Александър Танев“, блок 460А, info@digitalrepublic.bg, тел. 0879 04 99 41</w:t>
      </w:r>
    </w:p>
    <w:p>
      <w:r>
        <w:t>С настоящото уведомявам, че се отказвам от сключения от мен договор за покупка на следните стоки: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Наименование на стоката/стоките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Номер на поръчка / фактура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Дата на поръчка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Дата на получаване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Име на потребителя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Адрес на потребителя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Телефон за връзка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685"/>
          </w:tcPr>
          <w:p>
            <w:pPr>
              <w:spacing w:after="200"/>
            </w:pPr>
            <w:r>
              <w:rPr>
                <w:b/>
              </w:rPr>
              <w:t>IBAN за възстановяване на сумата (по желание)</w:t>
            </w:r>
          </w:p>
        </w:tc>
        <w:tc>
          <w:tcPr>
            <w:tcW w:type="dxa" w:w="5669"/>
          </w:tcPr>
          <w:p/>
        </w:tc>
      </w:tr>
    </w:tbl>
    <w:p/>
    <w:p>
      <w:r>
        <w:t>Дата: ____________________          Подпис на потребителя: ____________________</w:t>
      </w:r>
    </w:p>
    <w:p>
      <w:r>
        <w:rPr>
          <w:i/>
          <w:sz w:val="16"/>
        </w:rPr>
        <w:t>(подписът е необходим само ако формулярът е на хартия)</w:t>
      </w:r>
    </w:p>
    <w:p/>
    <w:p>
      <w:r>
        <w:rPr>
          <w:b/>
        </w:rPr>
        <w:t>Как да върнете продукта</w:t>
      </w:r>
    </w:p>
    <w:p>
      <w:pPr>
        <w:pStyle w:val="ListBullet"/>
      </w:pPr>
      <w:r>
        <w:t>Попълненият формуляр изпратете на info@digitalrepublic.bg в срок от 14 дни от получаването на стоката.</w:t>
      </w:r>
    </w:p>
    <w:p>
      <w:pPr>
        <w:pStyle w:val="ListBullet"/>
      </w:pPr>
      <w:r>
        <w:t>Изчакайте потвърждение от наш служител и изпратете продукта на адрес: гр. София, ж.к. Младост 4, ул. „Проф. Александър Танев“, блок 460А.</w:t>
      </w:r>
    </w:p>
    <w:p>
      <w:pPr>
        <w:pStyle w:val="ListBullet"/>
      </w:pPr>
      <w:r>
        <w:t>Върнете всички аксесоари, документи и подаръци, получени с продукта. Разходите за връщане са за сметка на потребителя.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